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מילים 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מהן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ויתאימו זוגות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יחליפו מילה במשפט במילה נרדפת תוך שמירה על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דומות אך לא תמיד זהות לגמרי, למשל 'ענק' גדול יותר מ'גדול'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אלו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המשמעות שלהן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מתארות תנועה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התאמת זוגות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(בזריזות)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שמח מאוד / הילד עליז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 גדול יותר מגדול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מצא שתי נרדפות נכונות ושהמשפטים שומרים על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שמילים נרדפות הן מילים שונות במשמעות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נכון מתוך הדוגמאות שנלמדו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שבו שמרו על המשמעות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בתנועות גוף או אימוג׳ים כדי להמחיש כל זוג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לצמצם לזוגות מילים בודדים עם תמונה תומכת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בחזרה קבוצתית בקול על ההגדרה של מילים נרדפות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מילים 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מילים נרדפות הן מילים שונות שיש להן משמעות דומה, כמו 'שָׂמֵחַ' ו'עַלִּיז'. בדף הזה נתרגל לזהות ולהשתמש במילים נרדפות.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מילה נרדפת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מילה נרדפת למילה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מילה נרדפת למילה 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מילה נרדפת למילה 'בית'?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משמעות יש למילים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אות 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תמיד זהות לגמרי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מילה במשפט במילה נרדפת לה ולשמור על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'מהר' ו'בזריזות'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(נרדף ל'שמח') כשקיבל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הפיל הוא חיה __________ (נרדף ל'גדול')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הציור הזה __________ (נרדף ל'יפה')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הכלב __________ (נרדף ל'רץ')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גרים ב__________ (נרדף ל'בית')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התאמת זוגות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בזריזות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עליז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'שמח', ואז כתבו את אותו משפט עם מילה נרדפת במקומה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הקטן בין 'גדול' ל'ענק'? הסבירו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חפשו שתי מילים נרדפות למילה 'שמח' (למשל שמח, עליז, מאושר) וכתבו משפט עם כל אחת מהן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הסבירו במילה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אחד של מילים נרדפות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החלפתם מילה במילה נרדפת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– מילים 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