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מהן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של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יחליפו מילה במשפט במילה נרדפת תוך שמירה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–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ענק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דירה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משמעות דומה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הן דומות אך לא תמיד זהות לגמרי, למשל 'ענק' גדול יותר מ'גדול'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מתארות הרגשה טובה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אלו הפכים ולא מילים דומות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כי המשמעות שלהן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מתארות תנועה מהירה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– התאמת זוגות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(עליז)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(דוהר)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(דירה)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(בזריזות)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שמח מאוד / הילד עליז מאוד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ענק גדול יותר מגדול רגיל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בדקו שהתלמיד מצא שתי נרדפות נכונות ושהמשפטים שומרים על המשמעות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שמילים נרדפות הן מילים שונות במשמעות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זוג נכון מתוך הדוגמאות שנלמדו בשיעור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תקין שבו שמרו על המשמעות המקורית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להיעזר בתנועות גוף או אימוג׳ים כדי להמחיש כל זוג מילים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כדאי לצמצם לזוגות מילים בודדים עם תמונה תומכת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לסיים בחזרה קבוצתית בקול על ההגדרה של מילים נרדפות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מילים נרדפות – מילים חברות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מילים נרדפות זה שתי מילים שונות שאומרות כמעט אותו דבר. למשל: שמח = עליז.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נִרְדֶּפֶת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אחרת שאומרת כמעט אותו 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מַשְׁמָעוּת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שהמילה אומרת 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זוּג מִילִים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שתי מילים ששייכות יחד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לְהַחְלִיף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מילה אחרת במקום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דּוֹמֶה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כמעט אותו דבר, לא בדיוק זהה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מִשְׁפָּט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יחד שיש בהן רעיון שלם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–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דומה ל'שמח'?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דומה ל'גדול'?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דומה ל'יפה'?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דומה ל'רץ'?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דומה ל'בית'?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רחוב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משמעות הפוכה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משמעות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אותו צליל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אותה אות ראשונה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תמיד זהות לגמרי במשמעות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'שמח' ו'עליז'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'חם' ו'קר'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להחליף מילה במשפט במילה נרדפת לה ולשמור על המשמעות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'מהר' ו'בזריזות'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__________ (נרדף ל'שמח') כשקיבל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 הוא חיה __________ (נרדף ל'גדול')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הציור הזה __________ (נרדף ל'יפה')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הכלב __________ (נרדף ל'רץ')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אנחנו גרים ב__________ (נרדף ל'בית')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– התאמת זוגות נרדפות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עליז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בזריזות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מהר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דוהר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עם המילה 'שמח', ואז כתבו את אותו משפט עם מילה נרדפת במקומה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הקטן בין 'גדול' ל'ענק'? הסבירו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חפשו שתי מילים נרדפות למילה 'שמח' (למשל שמח, עליז, מאושר) וכתבו משפט עם כל אחת מהן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מילה נרדפת? הסבירו במילה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זוג אחד של מילים נרדפות שלמדנו היום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שבו החלפתם מילה במילה נרדפת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מילים נרדפות – מילים חברות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