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– מילים חברות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יסבירו מהן מילים נרדפות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יזהו ויתאימו זוגות של מילים נרדפות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יחליפו מילה במשפט במילה נרדפת תוך שמירה על המשמעות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ענק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הן דומות אך לא תמיד זהות לגמרי, למשל 'ענק' גדול יותר מ'גדול'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שתי המילים מתארות הרגשה טובה דומה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ענקית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ד׳ – התאמת זוגות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(עליז)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(ענק)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(דוהר)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הילד שמח מאוד / הילד עליז מאוד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ו׳ – משימת 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בדקו שהתלמיד מצא שתי נרדפות נכונות ושהמשפטים שומרים על המשמעות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שמילים נרדפות הן מילים שונות במשמעות 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זוג נכון מתוך הדוגמאות שנלמדו בשיעור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שבו שמרו על המשמעות המקורית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בתנועות גוף או אימוג׳ים כדי להמחיש כל זוג מילים נרדפות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כדאי לצמצם לזוגות מילים בודדים עם תמונה תומכת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בחזרה קבוצתית בקול על ההגדרה של מילים נרדפות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– מילים חברות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מילים נרדפות הן מילים שונות שיש להן משמעות דומה, כמו 'שָׂמֵחַ' ו'עַלִּיז'. בדף הזה נתרגל לזהות ולהשתמש במילים נרדפות.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עליז  ·  נאה  ·  ענקית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חלק א׳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מילה נרדפת למילה 'שמח'?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מילה נרדפת למילה 'גדול'?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מהי מילה נרדפת למילה 'יפה'?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כועס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מילים נרדפות הן תמיד זהות לגמרי במשמעות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'שמח' ו'עליז'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חלק ג׳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הילד __________ (נרדף ל'שמח') כשקיבל מתנה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הפיל הוא חיה __________ (נרדף ל'גדול')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הציור הזה __________ (נרדף ל'יפה') מאוד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חלק ד׳ – התאמת זוגות נרדפות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שמח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דוהר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ענק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עליז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עם המילה 'שמח', ואז כתבו את אותו משפט עם מילה נרדפת במקומה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חלק ו׳ – משימת 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חפשו שתי מילים נרדפות למילה 'שמח' (למשל שמח, עליז, מאושר) וכתבו משפט עם כל אחת מהן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מילה נרדפת? הסבירו במילה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זוג אחד של מילים נרדפות שלמדנו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נרדפות – מילים חברות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